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0286F" w14:textId="4D932A08" w:rsidR="000F10A5" w:rsidRPr="00554C48" w:rsidRDefault="00256C28">
      <w:pPr>
        <w:jc w:val="center"/>
        <w:rPr>
          <w:color w:val="2B3616"/>
        </w:rPr>
      </w:pPr>
      <w:r w:rsidRPr="00554C48">
        <w:rPr>
          <w:noProof/>
          <w:color w:val="2B3616"/>
        </w:rPr>
        <w:drawing>
          <wp:anchor distT="0" distB="0" distL="114300" distR="114300" simplePos="0" relativeHeight="251657216" behindDoc="1" locked="0" layoutInCell="1" allowOverlap="1" wp14:anchorId="16423413" wp14:editId="6D14DEF7">
            <wp:simplePos x="0" y="0"/>
            <wp:positionH relativeFrom="column">
              <wp:posOffset>200025</wp:posOffset>
            </wp:positionH>
            <wp:positionV relativeFrom="paragraph">
              <wp:posOffset>276225</wp:posOffset>
            </wp:positionV>
            <wp:extent cx="1247775" cy="1247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 Logo Sage.png"/>
                    <pic:cNvPicPr/>
                  </pic:nvPicPr>
                  <pic:blipFill>
                    <a:blip r:embed="rId8"/>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14:paraId="164A1C44" w14:textId="77777777" w:rsidR="00256C28" w:rsidRPr="00554C48" w:rsidRDefault="006C1E3B" w:rsidP="00256C28">
      <w:pPr>
        <w:jc w:val="right"/>
        <w:rPr>
          <w:b/>
          <w:color w:val="2B3616"/>
          <w:sz w:val="24"/>
          <w:szCs w:val="24"/>
        </w:rPr>
      </w:pPr>
      <w:r w:rsidRPr="00554C48">
        <w:rPr>
          <w:b/>
          <w:color w:val="2B3616"/>
          <w:sz w:val="24"/>
          <w:szCs w:val="24"/>
        </w:rPr>
        <w:t>Better Behavior Analytics, LLC</w:t>
      </w:r>
    </w:p>
    <w:p w14:paraId="6BFA3EA3" w14:textId="77777777" w:rsidR="00554C48" w:rsidRPr="00554C48" w:rsidRDefault="00554C48" w:rsidP="00554C48">
      <w:pPr>
        <w:jc w:val="right"/>
        <w:rPr>
          <w:color w:val="2B3616"/>
        </w:rPr>
      </w:pPr>
      <w:r w:rsidRPr="00554C48">
        <w:rPr>
          <w:rFonts w:ascii="Segoe UI Emoji" w:hAnsi="Segoe UI Emoji" w:cs="Segoe UI Emoji"/>
          <w:color w:val="2B3616"/>
        </w:rPr>
        <w:t>📞</w:t>
      </w:r>
      <w:r w:rsidRPr="00554C48">
        <w:rPr>
          <w:color w:val="2B3616"/>
        </w:rPr>
        <w:t xml:space="preserve"> (978) 894-6235 </w:t>
      </w:r>
    </w:p>
    <w:p w14:paraId="7A41F151" w14:textId="77777777" w:rsidR="00554C48" w:rsidRPr="00554C48" w:rsidRDefault="00554C48" w:rsidP="00554C48">
      <w:pPr>
        <w:jc w:val="right"/>
        <w:rPr>
          <w:color w:val="2B3616"/>
        </w:rPr>
      </w:pPr>
      <w:r w:rsidRPr="00554C48">
        <w:rPr>
          <w:rFonts w:ascii="Segoe UI Emoji" w:hAnsi="Segoe UI Emoji" w:cs="Segoe UI Emoji"/>
          <w:color w:val="2B3616"/>
        </w:rPr>
        <w:t>✉️</w:t>
      </w:r>
      <w:r w:rsidRPr="00554C48">
        <w:rPr>
          <w:color w:val="2B3616"/>
        </w:rPr>
        <w:t xml:space="preserve"> BetterBehaviorBilling@gmail.com </w:t>
      </w:r>
    </w:p>
    <w:p w14:paraId="7F6F64E6" w14:textId="4ED3A53D" w:rsidR="00554C48" w:rsidRPr="00554C48" w:rsidRDefault="00554C48" w:rsidP="00554C48">
      <w:pPr>
        <w:jc w:val="right"/>
        <w:rPr>
          <w:b/>
          <w:color w:val="2B3616"/>
          <w:sz w:val="24"/>
          <w:szCs w:val="24"/>
        </w:rPr>
      </w:pPr>
      <w:r w:rsidRPr="00554C48">
        <w:rPr>
          <w:rFonts w:ascii="Segoe UI Emoji" w:hAnsi="Segoe UI Emoji" w:cs="Segoe UI Emoji"/>
          <w:color w:val="2B3616"/>
        </w:rPr>
        <w:t>🌐</w:t>
      </w:r>
      <w:r w:rsidRPr="00554C48">
        <w:rPr>
          <w:color w:val="2B3616"/>
        </w:rPr>
        <w:t xml:space="preserve"> BetterBehaviorToday.org</w:t>
      </w:r>
    </w:p>
    <w:p w14:paraId="3B85CDB0" w14:textId="77777777" w:rsidR="00554C48" w:rsidRPr="00554C48" w:rsidRDefault="00554C48" w:rsidP="00554C48">
      <w:pPr>
        <w:jc w:val="center"/>
        <w:rPr>
          <w:b/>
          <w:bCs/>
          <w:color w:val="2B3616"/>
        </w:rPr>
      </w:pPr>
    </w:p>
    <w:p w14:paraId="35179C4F" w14:textId="5AB70D4B" w:rsidR="000F10A5" w:rsidRPr="00554C48" w:rsidRDefault="006C1E3B" w:rsidP="00554C48">
      <w:pPr>
        <w:spacing w:after="80"/>
        <w:jc w:val="center"/>
        <w:rPr>
          <w:b/>
          <w:bCs/>
          <w:color w:val="2B3616"/>
        </w:rPr>
      </w:pPr>
      <w:r w:rsidRPr="00554C48">
        <w:rPr>
          <w:b/>
          <w:bCs/>
          <w:color w:val="2B3616"/>
        </w:rPr>
        <w:t>At Better Behavior Analytics, we are dedicated to growth, strength, and compassion in every client interaction. We value professionalism, empathy, and collaboration as we work together to make meaningful change. Thank you for your interest in joining our team.</w:t>
      </w:r>
      <w:r w:rsidRPr="00554C48">
        <w:rPr>
          <w:color w:val="2B3616"/>
        </w:rPr>
        <w:br/>
      </w:r>
    </w:p>
    <w:p w14:paraId="65D43FEA" w14:textId="634A1920" w:rsidR="000F10A5" w:rsidRPr="00554C48" w:rsidRDefault="00256C28" w:rsidP="00554C48">
      <w:pPr>
        <w:pBdr>
          <w:bottom w:val="single" w:sz="12" w:space="1" w:color="auto"/>
        </w:pBdr>
        <w:spacing w:after="80"/>
        <w:rPr>
          <w:color w:val="2B3616"/>
        </w:rPr>
      </w:pPr>
      <w:r w:rsidRPr="00554C48">
        <w:rPr>
          <w:b/>
          <w:color w:val="2B3616"/>
          <w:sz w:val="24"/>
        </w:rPr>
        <w:t>Applicant Name:</w:t>
      </w:r>
    </w:p>
    <w:p w14:paraId="1AA4DD36" w14:textId="6F714CFB" w:rsidR="000F10A5" w:rsidRPr="00554C48" w:rsidRDefault="006C1E3B">
      <w:pPr>
        <w:rPr>
          <w:color w:val="2B3616"/>
        </w:rPr>
      </w:pPr>
      <w:r w:rsidRPr="00554C48">
        <w:rPr>
          <w:color w:val="2B3616"/>
        </w:rPr>
        <w:br/>
      </w:r>
      <w:r w:rsidR="00256C28" w:rsidRPr="00554C48">
        <w:rPr>
          <w:color w:val="2B3616"/>
        </w:rPr>
        <w:t>RBT Certification Number: _____________________________________________________</w:t>
      </w:r>
      <w:r w:rsidRPr="00554C48">
        <w:rPr>
          <w:color w:val="2B3616"/>
        </w:rPr>
        <w:br/>
      </w:r>
    </w:p>
    <w:p w14:paraId="41C714FE" w14:textId="77777777" w:rsidR="000F10A5" w:rsidRPr="00554C48" w:rsidRDefault="006C1E3B">
      <w:pPr>
        <w:pBdr>
          <w:bottom w:val="single" w:sz="12" w:space="1" w:color="auto"/>
        </w:pBdr>
        <w:rPr>
          <w:color w:val="2B3616"/>
        </w:rPr>
      </w:pPr>
      <w:r w:rsidRPr="00554C48">
        <w:rPr>
          <w:b/>
          <w:color w:val="2B3616"/>
          <w:sz w:val="24"/>
        </w:rPr>
        <w:t>Education &amp; Credentials</w:t>
      </w:r>
    </w:p>
    <w:p w14:paraId="0D7D2CD8" w14:textId="25A435C6" w:rsidR="000F10A5" w:rsidRPr="00554C48" w:rsidRDefault="006C1E3B">
      <w:pPr>
        <w:rPr>
          <w:color w:val="2B3616"/>
        </w:rPr>
      </w:pPr>
      <w:r w:rsidRPr="00554C48">
        <w:rPr>
          <w:color w:val="2B3616"/>
        </w:rPr>
        <w:br/>
      </w:r>
      <w:r w:rsidR="00256C28" w:rsidRPr="00554C48">
        <w:rPr>
          <w:color w:val="2B3616"/>
        </w:rPr>
        <w:t>__________________________________________________________________________________________________________________________________________________________________________________________________________________</w:t>
      </w:r>
      <w:r w:rsidRPr="00554C48">
        <w:rPr>
          <w:color w:val="2B3616"/>
        </w:rPr>
        <w:br/>
      </w:r>
    </w:p>
    <w:p w14:paraId="162E0269" w14:textId="77777777" w:rsidR="000F10A5" w:rsidRPr="00554C48" w:rsidRDefault="006C1E3B">
      <w:pPr>
        <w:pBdr>
          <w:bottom w:val="single" w:sz="12" w:space="1" w:color="auto"/>
        </w:pBdr>
        <w:rPr>
          <w:color w:val="2B3616"/>
        </w:rPr>
      </w:pPr>
      <w:r w:rsidRPr="00554C48">
        <w:rPr>
          <w:b/>
          <w:color w:val="2B3616"/>
          <w:sz w:val="24"/>
        </w:rPr>
        <w:t>Work Experience</w:t>
      </w:r>
    </w:p>
    <w:tbl>
      <w:tblPr>
        <w:tblStyle w:val="TableGrid"/>
        <w:tblW w:w="8900" w:type="dxa"/>
        <w:jc w:val="center"/>
        <w:tblLook w:val="04A0" w:firstRow="1" w:lastRow="0" w:firstColumn="1" w:lastColumn="0" w:noHBand="0" w:noVBand="1"/>
      </w:tblPr>
      <w:tblGrid>
        <w:gridCol w:w="2225"/>
        <w:gridCol w:w="2225"/>
        <w:gridCol w:w="2225"/>
        <w:gridCol w:w="2225"/>
      </w:tblGrid>
      <w:tr w:rsidR="00554C48" w:rsidRPr="00554C48" w14:paraId="765A0D19" w14:textId="77777777" w:rsidTr="00554C48">
        <w:trPr>
          <w:trHeight w:val="557"/>
          <w:jc w:val="center"/>
        </w:trPr>
        <w:tc>
          <w:tcPr>
            <w:tcW w:w="2225" w:type="dxa"/>
          </w:tcPr>
          <w:p w14:paraId="6EFB5C80" w14:textId="527A31BA" w:rsidR="00256C28" w:rsidRPr="00554C48" w:rsidRDefault="00256C28" w:rsidP="00256C28">
            <w:pPr>
              <w:jc w:val="center"/>
              <w:rPr>
                <w:b/>
                <w:bCs/>
                <w:color w:val="2B3616"/>
              </w:rPr>
            </w:pPr>
            <w:r w:rsidRPr="00554C48">
              <w:rPr>
                <w:b/>
                <w:bCs/>
                <w:color w:val="2B3616"/>
              </w:rPr>
              <w:t>COMPANY NAME</w:t>
            </w:r>
          </w:p>
        </w:tc>
        <w:tc>
          <w:tcPr>
            <w:tcW w:w="2225" w:type="dxa"/>
          </w:tcPr>
          <w:p w14:paraId="3C187A42" w14:textId="162227BC" w:rsidR="00256C28" w:rsidRPr="00554C48" w:rsidRDefault="00256C28" w:rsidP="00256C28">
            <w:pPr>
              <w:jc w:val="center"/>
              <w:rPr>
                <w:b/>
                <w:bCs/>
                <w:color w:val="2B3616"/>
              </w:rPr>
            </w:pPr>
            <w:r w:rsidRPr="00554C48">
              <w:rPr>
                <w:b/>
                <w:bCs/>
                <w:color w:val="2B3616"/>
              </w:rPr>
              <w:t>START DATE</w:t>
            </w:r>
          </w:p>
        </w:tc>
        <w:tc>
          <w:tcPr>
            <w:tcW w:w="2225" w:type="dxa"/>
          </w:tcPr>
          <w:p w14:paraId="12171537" w14:textId="788373C9" w:rsidR="00256C28" w:rsidRPr="00554C48" w:rsidRDefault="00256C28" w:rsidP="00256C28">
            <w:pPr>
              <w:jc w:val="center"/>
              <w:rPr>
                <w:b/>
                <w:bCs/>
                <w:color w:val="2B3616"/>
              </w:rPr>
            </w:pPr>
            <w:r w:rsidRPr="00554C48">
              <w:rPr>
                <w:b/>
                <w:bCs/>
                <w:color w:val="2B3616"/>
              </w:rPr>
              <w:t>END DATE</w:t>
            </w:r>
          </w:p>
        </w:tc>
        <w:tc>
          <w:tcPr>
            <w:tcW w:w="2225" w:type="dxa"/>
          </w:tcPr>
          <w:p w14:paraId="1A958D4A" w14:textId="624C4BF3" w:rsidR="00256C28" w:rsidRPr="00554C48" w:rsidRDefault="00256C28" w:rsidP="00256C28">
            <w:pPr>
              <w:jc w:val="center"/>
              <w:rPr>
                <w:b/>
                <w:bCs/>
                <w:color w:val="2B3616"/>
              </w:rPr>
            </w:pPr>
            <w:r w:rsidRPr="00554C48">
              <w:rPr>
                <w:b/>
                <w:bCs/>
                <w:color w:val="2B3616"/>
              </w:rPr>
              <w:t>REASON FOR LEAVING</w:t>
            </w:r>
          </w:p>
        </w:tc>
      </w:tr>
      <w:tr w:rsidR="00554C48" w:rsidRPr="00554C48" w14:paraId="5FE504E7" w14:textId="77777777" w:rsidTr="00554C48">
        <w:trPr>
          <w:trHeight w:val="462"/>
          <w:jc w:val="center"/>
        </w:trPr>
        <w:tc>
          <w:tcPr>
            <w:tcW w:w="2225" w:type="dxa"/>
          </w:tcPr>
          <w:p w14:paraId="77B56147" w14:textId="77777777" w:rsidR="00256C28" w:rsidRPr="00554C48" w:rsidRDefault="00256C28">
            <w:pPr>
              <w:rPr>
                <w:color w:val="2B3616"/>
              </w:rPr>
            </w:pPr>
          </w:p>
        </w:tc>
        <w:tc>
          <w:tcPr>
            <w:tcW w:w="2225" w:type="dxa"/>
          </w:tcPr>
          <w:p w14:paraId="0461E1E6" w14:textId="77777777" w:rsidR="00256C28" w:rsidRPr="00554C48" w:rsidRDefault="00256C28">
            <w:pPr>
              <w:rPr>
                <w:color w:val="2B3616"/>
              </w:rPr>
            </w:pPr>
          </w:p>
        </w:tc>
        <w:tc>
          <w:tcPr>
            <w:tcW w:w="2225" w:type="dxa"/>
          </w:tcPr>
          <w:p w14:paraId="3A23E6D5" w14:textId="77777777" w:rsidR="00256C28" w:rsidRPr="00554C48" w:rsidRDefault="00256C28">
            <w:pPr>
              <w:rPr>
                <w:color w:val="2B3616"/>
              </w:rPr>
            </w:pPr>
          </w:p>
        </w:tc>
        <w:tc>
          <w:tcPr>
            <w:tcW w:w="2225" w:type="dxa"/>
          </w:tcPr>
          <w:p w14:paraId="0E5B4EA7" w14:textId="77777777" w:rsidR="00256C28" w:rsidRPr="00554C48" w:rsidRDefault="00256C28">
            <w:pPr>
              <w:rPr>
                <w:color w:val="2B3616"/>
              </w:rPr>
            </w:pPr>
          </w:p>
        </w:tc>
      </w:tr>
      <w:tr w:rsidR="00554C48" w:rsidRPr="00554C48" w14:paraId="3CC8492F" w14:textId="77777777" w:rsidTr="00554C48">
        <w:trPr>
          <w:trHeight w:val="462"/>
          <w:jc w:val="center"/>
        </w:trPr>
        <w:tc>
          <w:tcPr>
            <w:tcW w:w="2225" w:type="dxa"/>
          </w:tcPr>
          <w:p w14:paraId="6FFA0082" w14:textId="77777777" w:rsidR="00256C28" w:rsidRPr="00554C48" w:rsidRDefault="00256C28">
            <w:pPr>
              <w:rPr>
                <w:color w:val="2B3616"/>
              </w:rPr>
            </w:pPr>
          </w:p>
        </w:tc>
        <w:tc>
          <w:tcPr>
            <w:tcW w:w="2225" w:type="dxa"/>
          </w:tcPr>
          <w:p w14:paraId="64F27F53" w14:textId="77777777" w:rsidR="00256C28" w:rsidRPr="00554C48" w:rsidRDefault="00256C28">
            <w:pPr>
              <w:rPr>
                <w:color w:val="2B3616"/>
              </w:rPr>
            </w:pPr>
          </w:p>
        </w:tc>
        <w:tc>
          <w:tcPr>
            <w:tcW w:w="2225" w:type="dxa"/>
          </w:tcPr>
          <w:p w14:paraId="460B75FC" w14:textId="77777777" w:rsidR="00256C28" w:rsidRPr="00554C48" w:rsidRDefault="00256C28">
            <w:pPr>
              <w:rPr>
                <w:color w:val="2B3616"/>
              </w:rPr>
            </w:pPr>
          </w:p>
        </w:tc>
        <w:tc>
          <w:tcPr>
            <w:tcW w:w="2225" w:type="dxa"/>
          </w:tcPr>
          <w:p w14:paraId="40BA0E6D" w14:textId="77777777" w:rsidR="00256C28" w:rsidRPr="00554C48" w:rsidRDefault="00256C28">
            <w:pPr>
              <w:rPr>
                <w:color w:val="2B3616"/>
              </w:rPr>
            </w:pPr>
          </w:p>
        </w:tc>
      </w:tr>
      <w:tr w:rsidR="00554C48" w:rsidRPr="00554C48" w14:paraId="52B820C5" w14:textId="77777777" w:rsidTr="00554C48">
        <w:trPr>
          <w:trHeight w:val="435"/>
          <w:jc w:val="center"/>
        </w:trPr>
        <w:tc>
          <w:tcPr>
            <w:tcW w:w="2225" w:type="dxa"/>
          </w:tcPr>
          <w:p w14:paraId="117C0EF7" w14:textId="77777777" w:rsidR="00256C28" w:rsidRPr="00554C48" w:rsidRDefault="00256C28">
            <w:pPr>
              <w:rPr>
                <w:color w:val="2B3616"/>
              </w:rPr>
            </w:pPr>
          </w:p>
        </w:tc>
        <w:tc>
          <w:tcPr>
            <w:tcW w:w="2225" w:type="dxa"/>
          </w:tcPr>
          <w:p w14:paraId="5F56CB68" w14:textId="77777777" w:rsidR="00256C28" w:rsidRPr="00554C48" w:rsidRDefault="00256C28">
            <w:pPr>
              <w:rPr>
                <w:color w:val="2B3616"/>
              </w:rPr>
            </w:pPr>
          </w:p>
        </w:tc>
        <w:tc>
          <w:tcPr>
            <w:tcW w:w="2225" w:type="dxa"/>
          </w:tcPr>
          <w:p w14:paraId="1FC63F08" w14:textId="77777777" w:rsidR="00256C28" w:rsidRPr="00554C48" w:rsidRDefault="00256C28">
            <w:pPr>
              <w:rPr>
                <w:color w:val="2B3616"/>
              </w:rPr>
            </w:pPr>
          </w:p>
        </w:tc>
        <w:tc>
          <w:tcPr>
            <w:tcW w:w="2225" w:type="dxa"/>
          </w:tcPr>
          <w:p w14:paraId="136CDF1D" w14:textId="77777777" w:rsidR="00256C28" w:rsidRPr="00554C48" w:rsidRDefault="00256C28">
            <w:pPr>
              <w:rPr>
                <w:color w:val="2B3616"/>
              </w:rPr>
            </w:pPr>
          </w:p>
        </w:tc>
      </w:tr>
    </w:tbl>
    <w:p w14:paraId="7E1F2280" w14:textId="61ECDEC7" w:rsidR="000F10A5" w:rsidRPr="00554C48" w:rsidRDefault="000F10A5">
      <w:pPr>
        <w:rPr>
          <w:color w:val="2B3616"/>
        </w:rPr>
      </w:pPr>
    </w:p>
    <w:p w14:paraId="0B7B76B9" w14:textId="4DC91E98" w:rsidR="000F10A5" w:rsidRPr="00554C48" w:rsidRDefault="006C1E3B">
      <w:pPr>
        <w:pBdr>
          <w:bottom w:val="single" w:sz="12" w:space="1" w:color="auto"/>
        </w:pBdr>
        <w:rPr>
          <w:b/>
          <w:color w:val="2B3616"/>
          <w:sz w:val="24"/>
        </w:rPr>
      </w:pPr>
      <w:r w:rsidRPr="00554C48">
        <w:rPr>
          <w:b/>
          <w:color w:val="2B3616"/>
          <w:sz w:val="24"/>
        </w:rPr>
        <w:t>Availability &amp; Preferences</w:t>
      </w:r>
      <w:r w:rsidR="00256C28" w:rsidRPr="00554C48">
        <w:rPr>
          <w:b/>
          <w:color w:val="2B3616"/>
          <w:sz w:val="24"/>
        </w:rPr>
        <w:t xml:space="preserve">: </w:t>
      </w:r>
      <w:r w:rsidR="00256C28" w:rsidRPr="00554C48">
        <w:rPr>
          <w:bCs/>
          <w:color w:val="2B3616"/>
          <w:sz w:val="24"/>
        </w:rPr>
        <w:t>(Please circle)</w:t>
      </w:r>
    </w:p>
    <w:tbl>
      <w:tblPr>
        <w:tblStyle w:val="TableGrid"/>
        <w:tblW w:w="0" w:type="auto"/>
        <w:jc w:val="center"/>
        <w:tblLook w:val="04A0" w:firstRow="1" w:lastRow="0" w:firstColumn="1" w:lastColumn="0" w:noHBand="0" w:noVBand="1"/>
      </w:tblPr>
      <w:tblGrid>
        <w:gridCol w:w="1458"/>
        <w:gridCol w:w="1350"/>
      </w:tblGrid>
      <w:tr w:rsidR="00554C48" w:rsidRPr="00554C48" w14:paraId="47082AEA" w14:textId="77777777" w:rsidTr="00256C28">
        <w:trPr>
          <w:trHeight w:val="356"/>
          <w:jc w:val="center"/>
        </w:trPr>
        <w:tc>
          <w:tcPr>
            <w:tcW w:w="1458" w:type="dxa"/>
          </w:tcPr>
          <w:p w14:paraId="341A989C" w14:textId="1E3D73BA" w:rsidR="00256C28" w:rsidRPr="00554C48" w:rsidRDefault="00256C28">
            <w:pPr>
              <w:rPr>
                <w:color w:val="2B3616"/>
              </w:rPr>
            </w:pPr>
            <w:r w:rsidRPr="00554C48">
              <w:rPr>
                <w:color w:val="2B3616"/>
              </w:rPr>
              <w:t>FULL TIME</w:t>
            </w:r>
          </w:p>
        </w:tc>
        <w:tc>
          <w:tcPr>
            <w:tcW w:w="1350" w:type="dxa"/>
          </w:tcPr>
          <w:p w14:paraId="7B5D580F" w14:textId="53BF4FED" w:rsidR="00256C28" w:rsidRPr="00554C48" w:rsidRDefault="00256C28">
            <w:pPr>
              <w:rPr>
                <w:color w:val="2B3616"/>
              </w:rPr>
            </w:pPr>
            <w:r w:rsidRPr="00554C48">
              <w:rPr>
                <w:color w:val="2B3616"/>
              </w:rPr>
              <w:t>PART TIME</w:t>
            </w:r>
          </w:p>
        </w:tc>
      </w:tr>
    </w:tbl>
    <w:p w14:paraId="380D6E8A" w14:textId="77777777" w:rsidR="00256C28" w:rsidRPr="00554C48" w:rsidRDefault="00256C28">
      <w:pPr>
        <w:rPr>
          <w:color w:val="2B3616"/>
        </w:rPr>
      </w:pPr>
    </w:p>
    <w:p w14:paraId="1A86522E" w14:textId="054F9F16" w:rsidR="000F10A5" w:rsidRPr="00554C48" w:rsidRDefault="006C1E3B">
      <w:pPr>
        <w:rPr>
          <w:color w:val="2B3616"/>
        </w:rPr>
      </w:pPr>
      <w:r w:rsidRPr="00554C48">
        <w:rPr>
          <w:color w:val="2B3616"/>
        </w:rPr>
        <w:lastRenderedPageBreak/>
        <w:br/>
      </w:r>
      <w:r w:rsidRPr="00554C48">
        <w:rPr>
          <w:color w:val="2B3616"/>
        </w:rPr>
        <w:br/>
      </w:r>
    </w:p>
    <w:p w14:paraId="2E0B6051" w14:textId="4A37A667" w:rsidR="000F10A5" w:rsidRPr="00554C48" w:rsidRDefault="006C1E3B">
      <w:pPr>
        <w:pBdr>
          <w:bottom w:val="single" w:sz="12" w:space="1" w:color="auto"/>
        </w:pBdr>
        <w:rPr>
          <w:color w:val="2B3616"/>
        </w:rPr>
      </w:pPr>
      <w:r w:rsidRPr="00554C48">
        <w:rPr>
          <w:b/>
          <w:color w:val="2B3616"/>
          <w:sz w:val="24"/>
        </w:rPr>
        <w:t>References</w:t>
      </w:r>
      <w:r w:rsidR="00256C28" w:rsidRPr="00554C48">
        <w:rPr>
          <w:b/>
          <w:color w:val="2B3616"/>
          <w:sz w:val="24"/>
        </w:rPr>
        <w:t>:</w:t>
      </w:r>
    </w:p>
    <w:tbl>
      <w:tblPr>
        <w:tblStyle w:val="TableGrid"/>
        <w:tblW w:w="9890" w:type="dxa"/>
        <w:jc w:val="center"/>
        <w:tblLook w:val="04A0" w:firstRow="1" w:lastRow="0" w:firstColumn="1" w:lastColumn="0" w:noHBand="0" w:noVBand="1"/>
      </w:tblPr>
      <w:tblGrid>
        <w:gridCol w:w="1978"/>
        <w:gridCol w:w="1978"/>
        <w:gridCol w:w="1978"/>
        <w:gridCol w:w="1978"/>
        <w:gridCol w:w="1978"/>
      </w:tblGrid>
      <w:tr w:rsidR="00554C48" w:rsidRPr="00554C48" w14:paraId="2B8D35C7" w14:textId="2536D33D" w:rsidTr="00554C48">
        <w:trPr>
          <w:trHeight w:val="593"/>
          <w:jc w:val="center"/>
        </w:trPr>
        <w:tc>
          <w:tcPr>
            <w:tcW w:w="1978" w:type="dxa"/>
          </w:tcPr>
          <w:p w14:paraId="7CC29485" w14:textId="53C82BE3" w:rsidR="00256C28" w:rsidRPr="00554C48" w:rsidRDefault="00256C28" w:rsidP="007459CD">
            <w:pPr>
              <w:jc w:val="center"/>
              <w:rPr>
                <w:b/>
                <w:bCs/>
                <w:color w:val="2B3616"/>
              </w:rPr>
            </w:pPr>
            <w:r w:rsidRPr="00554C48">
              <w:rPr>
                <w:b/>
                <w:bCs/>
                <w:color w:val="2B3616"/>
              </w:rPr>
              <w:t>REFERENCE NAME</w:t>
            </w:r>
          </w:p>
        </w:tc>
        <w:tc>
          <w:tcPr>
            <w:tcW w:w="1978" w:type="dxa"/>
          </w:tcPr>
          <w:p w14:paraId="4FC89F30" w14:textId="6FBDD8DB" w:rsidR="00256C28" w:rsidRPr="00554C48" w:rsidRDefault="00256C28" w:rsidP="007459CD">
            <w:pPr>
              <w:jc w:val="center"/>
              <w:rPr>
                <w:b/>
                <w:bCs/>
                <w:color w:val="2B3616"/>
              </w:rPr>
            </w:pPr>
            <w:r w:rsidRPr="00554C48">
              <w:rPr>
                <w:b/>
                <w:bCs/>
                <w:color w:val="2B3616"/>
              </w:rPr>
              <w:t>RELATIONSHIP</w:t>
            </w:r>
          </w:p>
        </w:tc>
        <w:tc>
          <w:tcPr>
            <w:tcW w:w="1978" w:type="dxa"/>
          </w:tcPr>
          <w:p w14:paraId="5E8FCB6D" w14:textId="498EDDC2" w:rsidR="00256C28" w:rsidRPr="00554C48" w:rsidRDefault="00256C28" w:rsidP="007459CD">
            <w:pPr>
              <w:jc w:val="center"/>
              <w:rPr>
                <w:b/>
                <w:bCs/>
                <w:color w:val="2B3616"/>
              </w:rPr>
            </w:pPr>
            <w:r w:rsidRPr="00554C48">
              <w:rPr>
                <w:b/>
                <w:bCs/>
                <w:color w:val="2B3616"/>
              </w:rPr>
              <w:t>YEARS CONNECTED</w:t>
            </w:r>
          </w:p>
        </w:tc>
        <w:tc>
          <w:tcPr>
            <w:tcW w:w="1978" w:type="dxa"/>
          </w:tcPr>
          <w:p w14:paraId="4D7C1061" w14:textId="481D5826" w:rsidR="00256C28" w:rsidRPr="00554C48" w:rsidRDefault="00256C28" w:rsidP="007459CD">
            <w:pPr>
              <w:jc w:val="center"/>
              <w:rPr>
                <w:b/>
                <w:bCs/>
                <w:color w:val="2B3616"/>
              </w:rPr>
            </w:pPr>
            <w:r w:rsidRPr="00554C48">
              <w:rPr>
                <w:b/>
                <w:bCs/>
                <w:color w:val="2B3616"/>
              </w:rPr>
              <w:t>PHONE NUMBER</w:t>
            </w:r>
          </w:p>
        </w:tc>
        <w:tc>
          <w:tcPr>
            <w:tcW w:w="1978" w:type="dxa"/>
          </w:tcPr>
          <w:p w14:paraId="43529ABC" w14:textId="7858AB19" w:rsidR="00256C28" w:rsidRPr="00554C48" w:rsidRDefault="00256C28" w:rsidP="007459CD">
            <w:pPr>
              <w:jc w:val="center"/>
              <w:rPr>
                <w:b/>
                <w:bCs/>
                <w:color w:val="2B3616"/>
              </w:rPr>
            </w:pPr>
            <w:r w:rsidRPr="00554C48">
              <w:rPr>
                <w:b/>
                <w:bCs/>
                <w:color w:val="2B3616"/>
              </w:rPr>
              <w:t>EMAIL</w:t>
            </w:r>
          </w:p>
        </w:tc>
      </w:tr>
      <w:tr w:rsidR="00554C48" w:rsidRPr="00554C48" w14:paraId="5A905727" w14:textId="5306F463" w:rsidTr="00554C48">
        <w:trPr>
          <w:trHeight w:val="643"/>
          <w:jc w:val="center"/>
        </w:trPr>
        <w:tc>
          <w:tcPr>
            <w:tcW w:w="1978" w:type="dxa"/>
          </w:tcPr>
          <w:p w14:paraId="6354D348" w14:textId="77777777" w:rsidR="00256C28" w:rsidRPr="00554C48" w:rsidRDefault="00256C28" w:rsidP="007459CD">
            <w:pPr>
              <w:rPr>
                <w:color w:val="2B3616"/>
              </w:rPr>
            </w:pPr>
          </w:p>
        </w:tc>
        <w:tc>
          <w:tcPr>
            <w:tcW w:w="1978" w:type="dxa"/>
          </w:tcPr>
          <w:p w14:paraId="483A4FA4" w14:textId="77777777" w:rsidR="00256C28" w:rsidRPr="00554C48" w:rsidRDefault="00256C28" w:rsidP="007459CD">
            <w:pPr>
              <w:rPr>
                <w:color w:val="2B3616"/>
              </w:rPr>
            </w:pPr>
          </w:p>
        </w:tc>
        <w:tc>
          <w:tcPr>
            <w:tcW w:w="1978" w:type="dxa"/>
          </w:tcPr>
          <w:p w14:paraId="000E224B" w14:textId="77777777" w:rsidR="00256C28" w:rsidRPr="00554C48" w:rsidRDefault="00256C28" w:rsidP="007459CD">
            <w:pPr>
              <w:rPr>
                <w:color w:val="2B3616"/>
              </w:rPr>
            </w:pPr>
          </w:p>
        </w:tc>
        <w:tc>
          <w:tcPr>
            <w:tcW w:w="1978" w:type="dxa"/>
          </w:tcPr>
          <w:p w14:paraId="3946574F" w14:textId="77777777" w:rsidR="00256C28" w:rsidRPr="00554C48" w:rsidRDefault="00256C28" w:rsidP="007459CD">
            <w:pPr>
              <w:rPr>
                <w:color w:val="2B3616"/>
              </w:rPr>
            </w:pPr>
          </w:p>
        </w:tc>
        <w:tc>
          <w:tcPr>
            <w:tcW w:w="1978" w:type="dxa"/>
          </w:tcPr>
          <w:p w14:paraId="4CDA6EDA" w14:textId="77777777" w:rsidR="00256C28" w:rsidRPr="00554C48" w:rsidRDefault="00256C28" w:rsidP="007459CD">
            <w:pPr>
              <w:rPr>
                <w:color w:val="2B3616"/>
              </w:rPr>
            </w:pPr>
          </w:p>
        </w:tc>
      </w:tr>
      <w:tr w:rsidR="00554C48" w:rsidRPr="00554C48" w14:paraId="7707AF59" w14:textId="72DB88D2" w:rsidTr="00554C48">
        <w:trPr>
          <w:trHeight w:val="643"/>
          <w:jc w:val="center"/>
        </w:trPr>
        <w:tc>
          <w:tcPr>
            <w:tcW w:w="1978" w:type="dxa"/>
          </w:tcPr>
          <w:p w14:paraId="6E6C5865" w14:textId="77777777" w:rsidR="00256C28" w:rsidRPr="00554C48" w:rsidRDefault="00256C28" w:rsidP="007459CD">
            <w:pPr>
              <w:rPr>
                <w:color w:val="2B3616"/>
              </w:rPr>
            </w:pPr>
          </w:p>
        </w:tc>
        <w:tc>
          <w:tcPr>
            <w:tcW w:w="1978" w:type="dxa"/>
          </w:tcPr>
          <w:p w14:paraId="4D8803BE" w14:textId="77777777" w:rsidR="00256C28" w:rsidRPr="00554C48" w:rsidRDefault="00256C28" w:rsidP="007459CD">
            <w:pPr>
              <w:rPr>
                <w:color w:val="2B3616"/>
              </w:rPr>
            </w:pPr>
          </w:p>
        </w:tc>
        <w:tc>
          <w:tcPr>
            <w:tcW w:w="1978" w:type="dxa"/>
          </w:tcPr>
          <w:p w14:paraId="76045CF9" w14:textId="77777777" w:rsidR="00256C28" w:rsidRPr="00554C48" w:rsidRDefault="00256C28" w:rsidP="007459CD">
            <w:pPr>
              <w:rPr>
                <w:color w:val="2B3616"/>
              </w:rPr>
            </w:pPr>
          </w:p>
        </w:tc>
        <w:tc>
          <w:tcPr>
            <w:tcW w:w="1978" w:type="dxa"/>
          </w:tcPr>
          <w:p w14:paraId="206FAB34" w14:textId="77777777" w:rsidR="00256C28" w:rsidRPr="00554C48" w:rsidRDefault="00256C28" w:rsidP="007459CD">
            <w:pPr>
              <w:rPr>
                <w:color w:val="2B3616"/>
              </w:rPr>
            </w:pPr>
          </w:p>
        </w:tc>
        <w:tc>
          <w:tcPr>
            <w:tcW w:w="1978" w:type="dxa"/>
          </w:tcPr>
          <w:p w14:paraId="6B1CC225" w14:textId="77777777" w:rsidR="00256C28" w:rsidRPr="00554C48" w:rsidRDefault="00256C28" w:rsidP="007459CD">
            <w:pPr>
              <w:rPr>
                <w:color w:val="2B3616"/>
              </w:rPr>
            </w:pPr>
          </w:p>
        </w:tc>
      </w:tr>
      <w:tr w:rsidR="00554C48" w:rsidRPr="00554C48" w14:paraId="4F9B70DF" w14:textId="4950E7F9" w:rsidTr="00554C48">
        <w:trPr>
          <w:trHeight w:val="605"/>
          <w:jc w:val="center"/>
        </w:trPr>
        <w:tc>
          <w:tcPr>
            <w:tcW w:w="1978" w:type="dxa"/>
          </w:tcPr>
          <w:p w14:paraId="7CDED1C7" w14:textId="77777777" w:rsidR="00256C28" w:rsidRPr="00554C48" w:rsidRDefault="00256C28" w:rsidP="007459CD">
            <w:pPr>
              <w:rPr>
                <w:color w:val="2B3616"/>
              </w:rPr>
            </w:pPr>
          </w:p>
        </w:tc>
        <w:tc>
          <w:tcPr>
            <w:tcW w:w="1978" w:type="dxa"/>
          </w:tcPr>
          <w:p w14:paraId="0B22C797" w14:textId="77777777" w:rsidR="00256C28" w:rsidRPr="00554C48" w:rsidRDefault="00256C28" w:rsidP="007459CD">
            <w:pPr>
              <w:rPr>
                <w:color w:val="2B3616"/>
              </w:rPr>
            </w:pPr>
          </w:p>
        </w:tc>
        <w:tc>
          <w:tcPr>
            <w:tcW w:w="1978" w:type="dxa"/>
          </w:tcPr>
          <w:p w14:paraId="504FAEEA" w14:textId="77777777" w:rsidR="00256C28" w:rsidRPr="00554C48" w:rsidRDefault="00256C28" w:rsidP="007459CD">
            <w:pPr>
              <w:rPr>
                <w:color w:val="2B3616"/>
              </w:rPr>
            </w:pPr>
          </w:p>
        </w:tc>
        <w:tc>
          <w:tcPr>
            <w:tcW w:w="1978" w:type="dxa"/>
          </w:tcPr>
          <w:p w14:paraId="1BF636A7" w14:textId="77777777" w:rsidR="00256C28" w:rsidRPr="00554C48" w:rsidRDefault="00256C28" w:rsidP="007459CD">
            <w:pPr>
              <w:rPr>
                <w:color w:val="2B3616"/>
              </w:rPr>
            </w:pPr>
          </w:p>
        </w:tc>
        <w:tc>
          <w:tcPr>
            <w:tcW w:w="1978" w:type="dxa"/>
          </w:tcPr>
          <w:p w14:paraId="3FE00FE7" w14:textId="77777777" w:rsidR="00256C28" w:rsidRPr="00554C48" w:rsidRDefault="00256C28" w:rsidP="007459CD">
            <w:pPr>
              <w:rPr>
                <w:color w:val="2B3616"/>
              </w:rPr>
            </w:pPr>
          </w:p>
        </w:tc>
      </w:tr>
    </w:tbl>
    <w:p w14:paraId="057AC059" w14:textId="565CBAE3" w:rsidR="000F10A5" w:rsidRPr="00554C48" w:rsidRDefault="006C1E3B">
      <w:pPr>
        <w:rPr>
          <w:color w:val="2B3616"/>
        </w:rPr>
      </w:pPr>
      <w:r w:rsidRPr="00554C48">
        <w:rPr>
          <w:color w:val="2B3616"/>
        </w:rPr>
        <w:br/>
      </w:r>
      <w:r w:rsidRPr="00554C48">
        <w:rPr>
          <w:color w:val="2B3616"/>
        </w:rPr>
        <w:br/>
      </w:r>
    </w:p>
    <w:p w14:paraId="4A4833D2" w14:textId="77777777" w:rsidR="00554C48" w:rsidRPr="00554C48" w:rsidRDefault="00554C48">
      <w:pPr>
        <w:pBdr>
          <w:bottom w:val="single" w:sz="12" w:space="1" w:color="auto"/>
        </w:pBdr>
        <w:rPr>
          <w:b/>
          <w:color w:val="2B3616"/>
          <w:sz w:val="24"/>
        </w:rPr>
      </w:pPr>
    </w:p>
    <w:p w14:paraId="3C697041" w14:textId="77777777" w:rsidR="00554C48" w:rsidRPr="00554C48" w:rsidRDefault="00554C48">
      <w:pPr>
        <w:pBdr>
          <w:bottom w:val="single" w:sz="12" w:space="1" w:color="auto"/>
        </w:pBdr>
        <w:rPr>
          <w:b/>
          <w:color w:val="2B3616"/>
          <w:sz w:val="24"/>
        </w:rPr>
      </w:pPr>
    </w:p>
    <w:p w14:paraId="233E9E6D" w14:textId="77777777" w:rsidR="00554C48" w:rsidRPr="00554C48" w:rsidRDefault="00554C48">
      <w:pPr>
        <w:pBdr>
          <w:bottom w:val="single" w:sz="12" w:space="1" w:color="auto"/>
        </w:pBdr>
        <w:rPr>
          <w:b/>
          <w:color w:val="2B3616"/>
          <w:sz w:val="24"/>
        </w:rPr>
      </w:pPr>
    </w:p>
    <w:p w14:paraId="1096317A" w14:textId="77777777" w:rsidR="00554C48" w:rsidRPr="00554C48" w:rsidRDefault="00554C48">
      <w:pPr>
        <w:pBdr>
          <w:bottom w:val="single" w:sz="12" w:space="1" w:color="auto"/>
        </w:pBdr>
        <w:rPr>
          <w:b/>
          <w:color w:val="2B3616"/>
          <w:sz w:val="24"/>
        </w:rPr>
      </w:pPr>
    </w:p>
    <w:p w14:paraId="07D6141E" w14:textId="77777777" w:rsidR="00554C48" w:rsidRPr="00554C48" w:rsidRDefault="00554C48">
      <w:pPr>
        <w:pBdr>
          <w:bottom w:val="single" w:sz="12" w:space="1" w:color="auto"/>
        </w:pBdr>
        <w:rPr>
          <w:b/>
          <w:color w:val="2B3616"/>
          <w:sz w:val="24"/>
        </w:rPr>
      </w:pPr>
    </w:p>
    <w:p w14:paraId="1F88BC90" w14:textId="77777777" w:rsidR="00554C48" w:rsidRPr="00554C48" w:rsidRDefault="00554C48">
      <w:pPr>
        <w:pBdr>
          <w:bottom w:val="single" w:sz="12" w:space="1" w:color="auto"/>
        </w:pBdr>
        <w:rPr>
          <w:b/>
          <w:color w:val="2B3616"/>
          <w:sz w:val="24"/>
        </w:rPr>
      </w:pPr>
    </w:p>
    <w:p w14:paraId="0A7DCDF3" w14:textId="77777777" w:rsidR="00554C48" w:rsidRPr="00554C48" w:rsidRDefault="00554C48">
      <w:pPr>
        <w:pBdr>
          <w:bottom w:val="single" w:sz="12" w:space="1" w:color="auto"/>
        </w:pBdr>
        <w:rPr>
          <w:b/>
          <w:color w:val="2B3616"/>
          <w:sz w:val="24"/>
        </w:rPr>
      </w:pPr>
    </w:p>
    <w:p w14:paraId="569679F9" w14:textId="77777777" w:rsidR="00554C48" w:rsidRPr="00554C48" w:rsidRDefault="00554C48">
      <w:pPr>
        <w:pBdr>
          <w:bottom w:val="single" w:sz="12" w:space="1" w:color="auto"/>
        </w:pBdr>
        <w:rPr>
          <w:b/>
          <w:color w:val="2B3616"/>
          <w:sz w:val="24"/>
        </w:rPr>
      </w:pPr>
    </w:p>
    <w:p w14:paraId="4BD05835" w14:textId="77777777" w:rsidR="00554C48" w:rsidRPr="00554C48" w:rsidRDefault="00554C48">
      <w:pPr>
        <w:pBdr>
          <w:bottom w:val="single" w:sz="12" w:space="1" w:color="auto"/>
        </w:pBdr>
        <w:rPr>
          <w:b/>
          <w:color w:val="2B3616"/>
          <w:sz w:val="24"/>
        </w:rPr>
      </w:pPr>
    </w:p>
    <w:p w14:paraId="094CEA60" w14:textId="77777777" w:rsidR="00554C48" w:rsidRPr="00554C48" w:rsidRDefault="00554C48">
      <w:pPr>
        <w:pBdr>
          <w:bottom w:val="single" w:sz="12" w:space="1" w:color="auto"/>
        </w:pBdr>
        <w:rPr>
          <w:b/>
          <w:color w:val="2B3616"/>
          <w:sz w:val="24"/>
        </w:rPr>
      </w:pPr>
    </w:p>
    <w:p w14:paraId="24978F2A" w14:textId="77777777" w:rsidR="00554C48" w:rsidRPr="00554C48" w:rsidRDefault="00554C48">
      <w:pPr>
        <w:pBdr>
          <w:bottom w:val="single" w:sz="12" w:space="1" w:color="auto"/>
        </w:pBdr>
        <w:rPr>
          <w:b/>
          <w:color w:val="2B3616"/>
          <w:sz w:val="24"/>
        </w:rPr>
      </w:pPr>
    </w:p>
    <w:p w14:paraId="1504B793" w14:textId="77777777" w:rsidR="00554C48" w:rsidRPr="00554C48" w:rsidRDefault="00554C48">
      <w:pPr>
        <w:pBdr>
          <w:bottom w:val="single" w:sz="12" w:space="1" w:color="auto"/>
        </w:pBdr>
        <w:rPr>
          <w:b/>
          <w:color w:val="2B3616"/>
          <w:sz w:val="24"/>
        </w:rPr>
      </w:pPr>
    </w:p>
    <w:p w14:paraId="227ED2B0" w14:textId="77777777" w:rsidR="00554C48" w:rsidRPr="00554C48" w:rsidRDefault="00554C48">
      <w:pPr>
        <w:pBdr>
          <w:bottom w:val="single" w:sz="12" w:space="1" w:color="auto"/>
        </w:pBdr>
        <w:rPr>
          <w:b/>
          <w:color w:val="2B3616"/>
          <w:sz w:val="24"/>
        </w:rPr>
      </w:pPr>
    </w:p>
    <w:p w14:paraId="2EB9C3C3" w14:textId="77777777" w:rsidR="00554C48" w:rsidRPr="00554C48" w:rsidRDefault="00554C48">
      <w:pPr>
        <w:pBdr>
          <w:bottom w:val="single" w:sz="12" w:space="1" w:color="auto"/>
        </w:pBdr>
        <w:rPr>
          <w:b/>
          <w:color w:val="2B3616"/>
          <w:sz w:val="24"/>
        </w:rPr>
      </w:pPr>
    </w:p>
    <w:p w14:paraId="05E1B872" w14:textId="77777777" w:rsidR="00554C48" w:rsidRPr="00554C48" w:rsidRDefault="00554C48">
      <w:pPr>
        <w:pBdr>
          <w:bottom w:val="single" w:sz="12" w:space="1" w:color="auto"/>
        </w:pBdr>
        <w:rPr>
          <w:b/>
          <w:color w:val="2B3616"/>
          <w:sz w:val="24"/>
        </w:rPr>
      </w:pPr>
    </w:p>
    <w:p w14:paraId="6CDD006F" w14:textId="77777777" w:rsidR="00554C48" w:rsidRPr="00554C48" w:rsidRDefault="00554C48" w:rsidP="00554C48">
      <w:pPr>
        <w:pBdr>
          <w:bottom w:val="single" w:sz="12" w:space="1" w:color="auto"/>
        </w:pBdr>
        <w:jc w:val="center"/>
        <w:rPr>
          <w:b/>
          <w:color w:val="2B3616"/>
          <w:sz w:val="24"/>
        </w:rPr>
      </w:pPr>
      <w:r w:rsidRPr="00554C48">
        <w:rPr>
          <w:b/>
          <w:bCs/>
          <w:color w:val="2B3616"/>
          <w:sz w:val="24"/>
        </w:rPr>
        <w:t>Better Behavior Analytics, LLC</w:t>
      </w:r>
      <w:r w:rsidRPr="00554C48">
        <w:rPr>
          <w:b/>
          <w:color w:val="2B3616"/>
          <w:sz w:val="24"/>
        </w:rPr>
        <w:br/>
      </w:r>
      <w:r w:rsidRPr="00554C48">
        <w:rPr>
          <w:b/>
          <w:bCs/>
          <w:color w:val="2B3616"/>
          <w:sz w:val="24"/>
        </w:rPr>
        <w:t>Background Check Consent Form</w:t>
      </w:r>
    </w:p>
    <w:p w14:paraId="0E903F7E" w14:textId="77777777" w:rsidR="00554C48" w:rsidRPr="00554C48" w:rsidRDefault="00554C48">
      <w:pPr>
        <w:pBdr>
          <w:bottom w:val="single" w:sz="12" w:space="1" w:color="auto"/>
        </w:pBdr>
        <w:rPr>
          <w:b/>
          <w:color w:val="2B3616"/>
          <w:szCs w:val="20"/>
        </w:rPr>
      </w:pPr>
    </w:p>
    <w:p w14:paraId="5131BD4B" w14:textId="41DE7737" w:rsidR="000F10A5" w:rsidRPr="00554C48" w:rsidRDefault="006C1E3B">
      <w:pPr>
        <w:pBdr>
          <w:bottom w:val="single" w:sz="12" w:space="1" w:color="auto"/>
        </w:pBdr>
        <w:rPr>
          <w:color w:val="2B3616"/>
          <w:sz w:val="20"/>
          <w:szCs w:val="20"/>
        </w:rPr>
      </w:pPr>
      <w:r w:rsidRPr="00554C48">
        <w:rPr>
          <w:b/>
          <w:color w:val="2B3616"/>
          <w:szCs w:val="20"/>
        </w:rPr>
        <w:t>Background Check Consent</w:t>
      </w:r>
      <w:r w:rsidR="00256C28" w:rsidRPr="00554C48">
        <w:rPr>
          <w:b/>
          <w:color w:val="2B3616"/>
          <w:szCs w:val="20"/>
        </w:rPr>
        <w:t>:</w:t>
      </w:r>
    </w:p>
    <w:p w14:paraId="0202CF39" w14:textId="77777777" w:rsidR="00554C48" w:rsidRPr="00554C48" w:rsidRDefault="00554C48" w:rsidP="00554C48">
      <w:pPr>
        <w:spacing w:after="0"/>
        <w:rPr>
          <w:b/>
          <w:bCs/>
          <w:color w:val="2B3616"/>
          <w:sz w:val="20"/>
          <w:szCs w:val="20"/>
        </w:rPr>
      </w:pPr>
    </w:p>
    <w:p w14:paraId="2EDB9680" w14:textId="290DC552" w:rsidR="00554C48" w:rsidRPr="00554C48" w:rsidRDefault="00554C48" w:rsidP="00554C48">
      <w:pPr>
        <w:pBdr>
          <w:bottom w:val="single" w:sz="12" w:space="1" w:color="auto"/>
        </w:pBdr>
        <w:spacing w:after="0"/>
        <w:rPr>
          <w:b/>
          <w:bCs/>
          <w:color w:val="2B3616"/>
          <w:szCs w:val="20"/>
        </w:rPr>
      </w:pPr>
      <w:r w:rsidRPr="00554C48">
        <w:rPr>
          <w:b/>
          <w:bCs/>
          <w:color w:val="2B3616"/>
          <w:szCs w:val="20"/>
        </w:rPr>
        <w:t>Applicant/Employee Information</w:t>
      </w:r>
    </w:p>
    <w:p w14:paraId="39298210" w14:textId="77777777" w:rsidR="00554C48" w:rsidRPr="00554C48" w:rsidRDefault="00554C48" w:rsidP="00554C48">
      <w:pPr>
        <w:pBdr>
          <w:bottom w:val="single" w:sz="12" w:space="1" w:color="auto"/>
        </w:pBdr>
        <w:rPr>
          <w:b/>
          <w:color w:val="2B3616"/>
          <w:szCs w:val="20"/>
        </w:rPr>
      </w:pPr>
      <w:r w:rsidRPr="00554C48">
        <w:rPr>
          <w:b/>
          <w:bCs/>
          <w:color w:val="2B3616"/>
          <w:szCs w:val="20"/>
        </w:rPr>
        <w:t>Full Name:</w:t>
      </w:r>
      <w:r w:rsidRPr="00554C48">
        <w:rPr>
          <w:b/>
          <w:color w:val="2B3616"/>
          <w:szCs w:val="20"/>
        </w:rPr>
        <w:t xml:space="preserve"> ______________________________________________</w:t>
      </w:r>
      <w:r w:rsidRPr="00554C48">
        <w:rPr>
          <w:b/>
          <w:color w:val="2B3616"/>
          <w:szCs w:val="20"/>
        </w:rPr>
        <w:br/>
      </w:r>
      <w:r w:rsidRPr="00554C48">
        <w:rPr>
          <w:b/>
          <w:bCs/>
          <w:color w:val="2B3616"/>
          <w:szCs w:val="20"/>
        </w:rPr>
        <w:t xml:space="preserve">Date of </w:t>
      </w:r>
      <w:proofErr w:type="gramStart"/>
      <w:r w:rsidRPr="00554C48">
        <w:rPr>
          <w:b/>
          <w:bCs/>
          <w:color w:val="2B3616"/>
          <w:szCs w:val="20"/>
        </w:rPr>
        <w:t>Birth:</w:t>
      </w:r>
      <w:r w:rsidRPr="00554C48">
        <w:rPr>
          <w:b/>
          <w:color w:val="2B3616"/>
          <w:szCs w:val="20"/>
        </w:rPr>
        <w:t xml:space="preserve"> _</w:t>
      </w:r>
      <w:proofErr w:type="gramEnd"/>
      <w:r w:rsidRPr="00554C48">
        <w:rPr>
          <w:b/>
          <w:color w:val="2B3616"/>
          <w:szCs w:val="20"/>
        </w:rPr>
        <w:t>__________________________________________</w:t>
      </w:r>
      <w:r w:rsidRPr="00554C48">
        <w:rPr>
          <w:b/>
          <w:color w:val="2B3616"/>
          <w:szCs w:val="20"/>
        </w:rPr>
        <w:br/>
      </w:r>
      <w:r w:rsidRPr="00554C48">
        <w:rPr>
          <w:b/>
          <w:bCs/>
          <w:color w:val="2B3616"/>
          <w:szCs w:val="20"/>
        </w:rPr>
        <w:t>Address:</w:t>
      </w:r>
      <w:r w:rsidRPr="00554C48">
        <w:rPr>
          <w:b/>
          <w:color w:val="2B3616"/>
          <w:szCs w:val="20"/>
        </w:rPr>
        <w:t xml:space="preserve"> _______________________________________________</w:t>
      </w:r>
    </w:p>
    <w:p w14:paraId="086F82A6" w14:textId="77777777" w:rsidR="00554C48" w:rsidRPr="00554C48" w:rsidRDefault="006C1E3B" w:rsidP="00554C48">
      <w:pPr>
        <w:pBdr>
          <w:bottom w:val="single" w:sz="12" w:space="1" w:color="auto"/>
        </w:pBdr>
        <w:rPr>
          <w:b/>
          <w:color w:val="2B3616"/>
          <w:szCs w:val="20"/>
        </w:rPr>
      </w:pPr>
      <w:r>
        <w:rPr>
          <w:b/>
          <w:color w:val="2B3616"/>
          <w:szCs w:val="20"/>
        </w:rPr>
        <w:pict w14:anchorId="027A74B3">
          <v:rect id="_x0000_i1025" style="width:0;height:1.5pt" o:hralign="center" o:hrstd="t" o:hr="t" fillcolor="#a0a0a0" stroked="f"/>
        </w:pict>
      </w:r>
    </w:p>
    <w:p w14:paraId="38F3BDD2" w14:textId="77777777" w:rsidR="00554C48" w:rsidRPr="00554C48" w:rsidRDefault="00554C48" w:rsidP="00554C48">
      <w:pPr>
        <w:pBdr>
          <w:bottom w:val="single" w:sz="12" w:space="1" w:color="auto"/>
        </w:pBdr>
        <w:rPr>
          <w:b/>
          <w:color w:val="2B3616"/>
          <w:szCs w:val="20"/>
        </w:rPr>
      </w:pPr>
      <w:r w:rsidRPr="00554C48">
        <w:rPr>
          <w:b/>
          <w:bCs/>
          <w:color w:val="2B3616"/>
          <w:szCs w:val="20"/>
        </w:rPr>
        <w:t>Phone Number:</w:t>
      </w:r>
      <w:r w:rsidRPr="00554C48">
        <w:rPr>
          <w:b/>
          <w:color w:val="2B3616"/>
          <w:szCs w:val="20"/>
        </w:rPr>
        <w:t xml:space="preserve"> _________________________________________</w:t>
      </w:r>
      <w:r w:rsidRPr="00554C48">
        <w:rPr>
          <w:b/>
          <w:color w:val="2B3616"/>
          <w:szCs w:val="20"/>
        </w:rPr>
        <w:br/>
      </w:r>
      <w:r w:rsidRPr="00554C48">
        <w:rPr>
          <w:b/>
          <w:bCs/>
          <w:color w:val="2B3616"/>
          <w:szCs w:val="20"/>
        </w:rPr>
        <w:t>Email Address:</w:t>
      </w:r>
      <w:r w:rsidRPr="00554C48">
        <w:rPr>
          <w:b/>
          <w:color w:val="2B3616"/>
          <w:szCs w:val="20"/>
        </w:rPr>
        <w:t xml:space="preserve"> _________________________________________</w:t>
      </w:r>
    </w:p>
    <w:p w14:paraId="022C8F19" w14:textId="77777777" w:rsidR="00554C48" w:rsidRPr="00554C48" w:rsidRDefault="00554C48" w:rsidP="00554C48">
      <w:pPr>
        <w:rPr>
          <w:b/>
          <w:bCs/>
          <w:color w:val="2B3616"/>
        </w:rPr>
      </w:pPr>
    </w:p>
    <w:p w14:paraId="5BB6449E" w14:textId="0B1D66F1" w:rsidR="00554C48" w:rsidRPr="00554C48" w:rsidRDefault="00554C48" w:rsidP="00554C48">
      <w:pPr>
        <w:rPr>
          <w:b/>
          <w:bCs/>
          <w:color w:val="2B3616"/>
        </w:rPr>
      </w:pPr>
      <w:r w:rsidRPr="00554C48">
        <w:rPr>
          <w:b/>
          <w:bCs/>
          <w:color w:val="2B3616"/>
        </w:rPr>
        <w:t>Purpose of Background Check</w:t>
      </w:r>
    </w:p>
    <w:p w14:paraId="7A735A1B" w14:textId="77777777" w:rsidR="00554C48" w:rsidRPr="00554C48" w:rsidRDefault="00554C48" w:rsidP="00554C48">
      <w:pPr>
        <w:rPr>
          <w:color w:val="2B3616"/>
        </w:rPr>
      </w:pPr>
      <w:r w:rsidRPr="00554C48">
        <w:rPr>
          <w:color w:val="2B3616"/>
        </w:rPr>
        <w:t>I understand that Better Behavior Analytics, LLC (“the Company”) may request a background check as part of the application process and/or employment screening. This background check may include, but is not limited to:</w:t>
      </w:r>
    </w:p>
    <w:p w14:paraId="3654AF8D" w14:textId="77777777" w:rsidR="00554C48" w:rsidRPr="00554C48" w:rsidRDefault="00554C48" w:rsidP="00554C48">
      <w:pPr>
        <w:numPr>
          <w:ilvl w:val="0"/>
          <w:numId w:val="10"/>
        </w:numPr>
        <w:rPr>
          <w:color w:val="2B3616"/>
        </w:rPr>
      </w:pPr>
      <w:r w:rsidRPr="00554C48">
        <w:rPr>
          <w:color w:val="2B3616"/>
        </w:rPr>
        <w:t>Criminal history records</w:t>
      </w:r>
    </w:p>
    <w:p w14:paraId="69DF83DF" w14:textId="77777777" w:rsidR="00554C48" w:rsidRPr="00554C48" w:rsidRDefault="00554C48" w:rsidP="00554C48">
      <w:pPr>
        <w:numPr>
          <w:ilvl w:val="0"/>
          <w:numId w:val="10"/>
        </w:numPr>
        <w:rPr>
          <w:color w:val="2B3616"/>
        </w:rPr>
      </w:pPr>
      <w:r w:rsidRPr="00554C48">
        <w:rPr>
          <w:color w:val="2B3616"/>
        </w:rPr>
        <w:t>Employment verification</w:t>
      </w:r>
    </w:p>
    <w:p w14:paraId="3ED2DF13" w14:textId="77777777" w:rsidR="00554C48" w:rsidRPr="00554C48" w:rsidRDefault="00554C48" w:rsidP="00554C48">
      <w:pPr>
        <w:numPr>
          <w:ilvl w:val="0"/>
          <w:numId w:val="10"/>
        </w:numPr>
        <w:rPr>
          <w:color w:val="2B3616"/>
        </w:rPr>
      </w:pPr>
      <w:r w:rsidRPr="00554C48">
        <w:rPr>
          <w:color w:val="2B3616"/>
        </w:rPr>
        <w:t>Education verification</w:t>
      </w:r>
    </w:p>
    <w:p w14:paraId="3AC4A64F" w14:textId="77777777" w:rsidR="00554C48" w:rsidRPr="00554C48" w:rsidRDefault="00554C48" w:rsidP="00554C48">
      <w:pPr>
        <w:numPr>
          <w:ilvl w:val="0"/>
          <w:numId w:val="10"/>
        </w:numPr>
        <w:rPr>
          <w:color w:val="2B3616"/>
        </w:rPr>
      </w:pPr>
      <w:r w:rsidRPr="00554C48">
        <w:rPr>
          <w:color w:val="2B3616"/>
        </w:rPr>
        <w:t>Professional licensure verification</w:t>
      </w:r>
    </w:p>
    <w:p w14:paraId="252CE657" w14:textId="77777777" w:rsidR="00554C48" w:rsidRPr="00554C48" w:rsidRDefault="00554C48" w:rsidP="00554C48">
      <w:pPr>
        <w:numPr>
          <w:ilvl w:val="0"/>
          <w:numId w:val="10"/>
        </w:numPr>
        <w:rPr>
          <w:color w:val="2B3616"/>
        </w:rPr>
      </w:pPr>
      <w:r w:rsidRPr="00554C48">
        <w:rPr>
          <w:color w:val="2B3616"/>
        </w:rPr>
        <w:t>Reference checks</w:t>
      </w:r>
    </w:p>
    <w:p w14:paraId="468D4F94" w14:textId="77777777" w:rsidR="00554C48" w:rsidRPr="00554C48" w:rsidRDefault="00554C48" w:rsidP="00554C48">
      <w:pPr>
        <w:rPr>
          <w:color w:val="2B3616"/>
        </w:rPr>
      </w:pPr>
      <w:r w:rsidRPr="00554C48">
        <w:rPr>
          <w:color w:val="2B3616"/>
        </w:rPr>
        <w:t>The purpose of this background check is to ensure the safety and quality of care for the clients served by the Company and to comply with applicable laws and regulations.</w:t>
      </w:r>
    </w:p>
    <w:p w14:paraId="04068303" w14:textId="19C8BF94" w:rsidR="00554C48" w:rsidRPr="00554C48" w:rsidRDefault="00554C48" w:rsidP="00554C48">
      <w:pPr>
        <w:rPr>
          <w:b/>
          <w:bCs/>
          <w:color w:val="2B3616"/>
        </w:rPr>
      </w:pPr>
      <w:r w:rsidRPr="00554C48">
        <w:rPr>
          <w:b/>
          <w:bCs/>
          <w:color w:val="2B3616"/>
        </w:rPr>
        <w:t>Rights Under the Fair Credit Reporting Act (FCRA)</w:t>
      </w:r>
    </w:p>
    <w:p w14:paraId="08DCC031" w14:textId="77777777" w:rsidR="00554C48" w:rsidRPr="00554C48" w:rsidRDefault="00554C48" w:rsidP="00554C48">
      <w:pPr>
        <w:rPr>
          <w:color w:val="2B3616"/>
        </w:rPr>
      </w:pPr>
      <w:r w:rsidRPr="00554C48">
        <w:rPr>
          <w:color w:val="2B3616"/>
        </w:rPr>
        <w:t>I understand that under the FCRA, I have the right to:</w:t>
      </w:r>
    </w:p>
    <w:p w14:paraId="17C5D0D3" w14:textId="77777777" w:rsidR="00554C48" w:rsidRPr="00554C48" w:rsidRDefault="00554C48" w:rsidP="00554C48">
      <w:pPr>
        <w:numPr>
          <w:ilvl w:val="0"/>
          <w:numId w:val="11"/>
        </w:numPr>
        <w:rPr>
          <w:color w:val="2B3616"/>
        </w:rPr>
      </w:pPr>
      <w:r w:rsidRPr="00554C48">
        <w:rPr>
          <w:color w:val="2B3616"/>
        </w:rPr>
        <w:t>Receive a copy of the report if any adverse action is taken based on the information obtained.</w:t>
      </w:r>
    </w:p>
    <w:p w14:paraId="1AE8EAE6" w14:textId="77777777" w:rsidR="00554C48" w:rsidRPr="00554C48" w:rsidRDefault="00554C48" w:rsidP="00554C48">
      <w:pPr>
        <w:numPr>
          <w:ilvl w:val="0"/>
          <w:numId w:val="11"/>
        </w:numPr>
        <w:rPr>
          <w:color w:val="2B3616"/>
        </w:rPr>
      </w:pPr>
      <w:r w:rsidRPr="00554C48">
        <w:rPr>
          <w:color w:val="2B3616"/>
        </w:rPr>
        <w:t>Dispute inaccurate or incomplete information with the reporting agency.</w:t>
      </w:r>
    </w:p>
    <w:p w14:paraId="74882E87" w14:textId="77777777" w:rsidR="00554C48" w:rsidRPr="00554C48" w:rsidRDefault="006C1E3B" w:rsidP="00554C48">
      <w:pPr>
        <w:rPr>
          <w:color w:val="2B3616"/>
        </w:rPr>
      </w:pPr>
      <w:r>
        <w:rPr>
          <w:color w:val="2B3616"/>
        </w:rPr>
        <w:lastRenderedPageBreak/>
        <w:pict w14:anchorId="6BDBABD2">
          <v:rect id="_x0000_i1026" style="width:0;height:1.5pt" o:hralign="center" o:hrstd="t" o:hr="t" fillcolor="#a0a0a0" stroked="f"/>
        </w:pict>
      </w:r>
    </w:p>
    <w:p w14:paraId="276DDAFE" w14:textId="18C31075" w:rsidR="00554C48" w:rsidRPr="00554C48" w:rsidRDefault="00554C48" w:rsidP="00554C48">
      <w:pPr>
        <w:rPr>
          <w:b/>
          <w:bCs/>
          <w:color w:val="2B3616"/>
        </w:rPr>
      </w:pPr>
      <w:r w:rsidRPr="00554C48">
        <w:rPr>
          <w:b/>
          <w:bCs/>
          <w:color w:val="2B3616"/>
        </w:rPr>
        <w:t xml:space="preserve"> Applicant/Employee Certification</w:t>
      </w:r>
    </w:p>
    <w:p w14:paraId="3C77161E" w14:textId="77777777" w:rsidR="00554C48" w:rsidRPr="00554C48" w:rsidRDefault="00554C48" w:rsidP="00554C48">
      <w:pPr>
        <w:rPr>
          <w:color w:val="2B3616"/>
        </w:rPr>
      </w:pPr>
      <w:r w:rsidRPr="00554C48">
        <w:rPr>
          <w:color w:val="2B3616"/>
        </w:rPr>
        <w:t>I certify that the information I have provided is true and complete to the best of my knowledge. I understand that falsification of any information may result in denial of employment or termination.</w:t>
      </w:r>
    </w:p>
    <w:p w14:paraId="3F98608E" w14:textId="77777777" w:rsidR="00554C48" w:rsidRPr="00554C48" w:rsidRDefault="00554C48" w:rsidP="00554C48">
      <w:pPr>
        <w:rPr>
          <w:color w:val="2B3616"/>
        </w:rPr>
      </w:pPr>
      <w:r w:rsidRPr="00554C48">
        <w:rPr>
          <w:b/>
          <w:bCs/>
          <w:color w:val="2B3616"/>
        </w:rPr>
        <w:t>Signature:</w:t>
      </w:r>
      <w:r w:rsidRPr="00554C48">
        <w:rPr>
          <w:color w:val="2B3616"/>
        </w:rPr>
        <w:t xml:space="preserve"> _____________________________________________</w:t>
      </w:r>
      <w:r w:rsidRPr="00554C48">
        <w:rPr>
          <w:color w:val="2B3616"/>
        </w:rPr>
        <w:br/>
      </w:r>
      <w:r w:rsidRPr="00554C48">
        <w:rPr>
          <w:b/>
          <w:bCs/>
          <w:color w:val="2B3616"/>
        </w:rPr>
        <w:t>Printed Name:</w:t>
      </w:r>
      <w:r w:rsidRPr="00554C48">
        <w:rPr>
          <w:color w:val="2B3616"/>
        </w:rPr>
        <w:t xml:space="preserve"> _________________________________________</w:t>
      </w:r>
      <w:r w:rsidRPr="00554C48">
        <w:rPr>
          <w:color w:val="2B3616"/>
        </w:rPr>
        <w:br/>
      </w:r>
      <w:r w:rsidRPr="00554C48">
        <w:rPr>
          <w:b/>
          <w:bCs/>
          <w:color w:val="2B3616"/>
        </w:rPr>
        <w:t>Date:</w:t>
      </w:r>
      <w:r w:rsidRPr="00554C48">
        <w:rPr>
          <w:color w:val="2B3616"/>
        </w:rPr>
        <w:t xml:space="preserve"> _______________________________________________</w:t>
      </w:r>
    </w:p>
    <w:p w14:paraId="53BCF164" w14:textId="77777777" w:rsidR="00554C48" w:rsidRPr="00554C48" w:rsidRDefault="006C1E3B" w:rsidP="00554C48">
      <w:pPr>
        <w:rPr>
          <w:color w:val="2B3616"/>
        </w:rPr>
      </w:pPr>
      <w:r>
        <w:rPr>
          <w:color w:val="2B3616"/>
        </w:rPr>
        <w:pict w14:anchorId="655B8B93">
          <v:rect id="_x0000_i1027" style="width:0;height:1.5pt" o:hralign="center" o:hrstd="t" o:hr="t" fillcolor="#a0a0a0" stroked="f"/>
        </w:pict>
      </w:r>
    </w:p>
    <w:p w14:paraId="12855FF3" w14:textId="77094893" w:rsidR="00554C48" w:rsidRPr="00554C48" w:rsidRDefault="00554C48" w:rsidP="00554C48">
      <w:pPr>
        <w:rPr>
          <w:b/>
          <w:bCs/>
          <w:color w:val="2B3616"/>
        </w:rPr>
      </w:pPr>
      <w:r w:rsidRPr="00554C48">
        <w:rPr>
          <w:b/>
          <w:bCs/>
          <w:color w:val="2B3616"/>
        </w:rPr>
        <w:t>For Company Use Only</w:t>
      </w:r>
    </w:p>
    <w:p w14:paraId="34A492EF" w14:textId="30B291FE" w:rsidR="000F10A5" w:rsidRPr="00554C48" w:rsidRDefault="00554C48">
      <w:pPr>
        <w:rPr>
          <w:color w:val="2B3616"/>
        </w:rPr>
      </w:pPr>
      <w:r w:rsidRPr="00554C48">
        <w:rPr>
          <w:b/>
          <w:bCs/>
          <w:color w:val="2B3616"/>
        </w:rPr>
        <w:t>Date Background Check Requested:</w:t>
      </w:r>
      <w:r w:rsidRPr="00554C48">
        <w:rPr>
          <w:color w:val="2B3616"/>
        </w:rPr>
        <w:t xml:space="preserve"> ________________________</w:t>
      </w:r>
      <w:r w:rsidRPr="00554C48">
        <w:rPr>
          <w:color w:val="2B3616"/>
        </w:rPr>
        <w:br/>
      </w:r>
      <w:r w:rsidRPr="00554C48">
        <w:rPr>
          <w:b/>
          <w:bCs/>
          <w:color w:val="2B3616"/>
        </w:rPr>
        <w:t>Background Check Completed By:</w:t>
      </w:r>
      <w:r w:rsidRPr="00554C48">
        <w:rPr>
          <w:color w:val="2B3616"/>
        </w:rPr>
        <w:t xml:space="preserve"> ________________________</w:t>
      </w:r>
      <w:r w:rsidRPr="00554C48">
        <w:rPr>
          <w:color w:val="2B3616"/>
        </w:rPr>
        <w:br/>
      </w:r>
      <w:r w:rsidRPr="00554C48">
        <w:rPr>
          <w:b/>
          <w:bCs/>
          <w:color w:val="2B3616"/>
        </w:rPr>
        <w:t>Results:</w:t>
      </w:r>
      <w:r w:rsidRPr="00554C48">
        <w:rPr>
          <w:color w:val="2B3616"/>
        </w:rPr>
        <w:t xml:space="preserve"> </w:t>
      </w:r>
      <w:r w:rsidRPr="00554C48">
        <w:rPr>
          <w:rFonts w:ascii="Segoe UI Symbol" w:hAnsi="Segoe UI Symbol" w:cs="Segoe UI Symbol"/>
          <w:color w:val="2B3616"/>
        </w:rPr>
        <w:t>☐</w:t>
      </w:r>
      <w:r w:rsidRPr="00554C48">
        <w:rPr>
          <w:color w:val="2B3616"/>
        </w:rPr>
        <w:t xml:space="preserve"> Satisfactory </w:t>
      </w:r>
      <w:r w:rsidRPr="00554C48">
        <w:rPr>
          <w:rFonts w:ascii="Segoe UI Symbol" w:hAnsi="Segoe UI Symbol" w:cs="Segoe UI Symbol"/>
          <w:color w:val="2B3616"/>
        </w:rPr>
        <w:t>☐</w:t>
      </w:r>
      <w:r w:rsidRPr="00554C48">
        <w:rPr>
          <w:color w:val="2B3616"/>
        </w:rPr>
        <w:t xml:space="preserve"> Unsatisfactory</w:t>
      </w:r>
      <w:r w:rsidRPr="00554C48">
        <w:rPr>
          <w:color w:val="2B3616"/>
        </w:rPr>
        <w:br/>
      </w:r>
      <w:r w:rsidRPr="00554C48">
        <w:rPr>
          <w:b/>
          <w:bCs/>
          <w:color w:val="2B3616"/>
        </w:rPr>
        <w:t>Notes:</w:t>
      </w:r>
      <w:r w:rsidRPr="00554C48">
        <w:rPr>
          <w:color w:val="2B3616"/>
        </w:rPr>
        <w:t xml:space="preserve"> _______________________________________________</w:t>
      </w:r>
    </w:p>
    <w:p w14:paraId="28A59AD1" w14:textId="77777777" w:rsidR="000F10A5" w:rsidRPr="00554C48" w:rsidRDefault="006C1E3B">
      <w:pPr>
        <w:rPr>
          <w:color w:val="2B3616"/>
        </w:rPr>
      </w:pPr>
      <w:r w:rsidRPr="00554C48">
        <w:rPr>
          <w:b/>
          <w:color w:val="2B3616"/>
          <w:sz w:val="24"/>
        </w:rPr>
        <w:t>Signature &amp; Date</w:t>
      </w:r>
    </w:p>
    <w:p w14:paraId="7430FC0B" w14:textId="77777777" w:rsidR="000F10A5" w:rsidRPr="00554C48" w:rsidRDefault="006C1E3B">
      <w:pPr>
        <w:rPr>
          <w:color w:val="2B3616"/>
        </w:rPr>
      </w:pPr>
      <w:r w:rsidRPr="00554C48">
        <w:rPr>
          <w:color w:val="2B3616"/>
        </w:rPr>
        <w:t>________________________________________________________</w:t>
      </w:r>
      <w:r w:rsidRPr="00554C48">
        <w:rPr>
          <w:color w:val="2B3616"/>
        </w:rPr>
        <w:br/>
      </w:r>
      <w:r w:rsidRPr="00554C48">
        <w:rPr>
          <w:color w:val="2B3616"/>
        </w:rPr>
        <w:br/>
      </w:r>
    </w:p>
    <w:sectPr w:rsidR="000F10A5" w:rsidRPr="00554C48" w:rsidSect="00554C4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C0745" w14:textId="77777777" w:rsidR="00962668" w:rsidRDefault="00962668" w:rsidP="00554C48">
      <w:pPr>
        <w:spacing w:after="0" w:line="240" w:lineRule="auto"/>
      </w:pPr>
      <w:r>
        <w:separator/>
      </w:r>
    </w:p>
  </w:endnote>
  <w:endnote w:type="continuationSeparator" w:id="0">
    <w:p w14:paraId="3544C121" w14:textId="77777777" w:rsidR="00962668" w:rsidRDefault="00962668" w:rsidP="00554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B8799" w14:textId="0D244E63" w:rsidR="00554C48" w:rsidRPr="00554C48" w:rsidRDefault="00554C48" w:rsidP="00554C48">
    <w:pPr>
      <w:jc w:val="right"/>
      <w:rPr>
        <w:color w:val="2B3616"/>
      </w:rPr>
    </w:pPr>
    <w:r w:rsidRPr="00256C28">
      <w:rPr>
        <w:rFonts w:ascii="Segoe UI Emoji" w:hAnsi="Segoe UI Emoji" w:cs="Segoe UI Emoji"/>
        <w:color w:val="2B3616"/>
      </w:rPr>
      <w:t>📞</w:t>
    </w:r>
    <w:r w:rsidRPr="00256C28">
      <w:rPr>
        <w:color w:val="2B3616"/>
      </w:rPr>
      <w:t xml:space="preserve"> (978) 894-6235 </w:t>
    </w:r>
    <w:r w:rsidRPr="00256C28">
      <w:rPr>
        <w:rFonts w:ascii="Segoe UI Emoji" w:hAnsi="Segoe UI Emoji" w:cs="Segoe UI Emoji"/>
        <w:color w:val="2B3616"/>
      </w:rPr>
      <w:t>✉️</w:t>
    </w:r>
    <w:r w:rsidRPr="00256C28">
      <w:rPr>
        <w:color w:val="2B3616"/>
      </w:rPr>
      <w:t xml:space="preserve"> BetterBehaviorBilling@gmail.com </w:t>
    </w:r>
    <w:r w:rsidRPr="00256C28">
      <w:rPr>
        <w:rFonts w:ascii="Segoe UI Emoji" w:hAnsi="Segoe UI Emoji" w:cs="Segoe UI Emoji"/>
        <w:color w:val="2B3616"/>
      </w:rPr>
      <w:t>🌐</w:t>
    </w:r>
    <w:r w:rsidRPr="00256C28">
      <w:rPr>
        <w:color w:val="2B3616"/>
      </w:rPr>
      <w:t xml:space="preserve"> BetterBehaviorToday.org</w:t>
    </w:r>
  </w:p>
  <w:p w14:paraId="01FCA161" w14:textId="77777777" w:rsidR="00554C48" w:rsidRDefault="00554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08436" w14:textId="77777777" w:rsidR="00962668" w:rsidRDefault="00962668" w:rsidP="00554C48">
      <w:pPr>
        <w:spacing w:after="0" w:line="240" w:lineRule="auto"/>
      </w:pPr>
      <w:r>
        <w:separator/>
      </w:r>
    </w:p>
  </w:footnote>
  <w:footnote w:type="continuationSeparator" w:id="0">
    <w:p w14:paraId="341EAD43" w14:textId="77777777" w:rsidR="00962668" w:rsidRDefault="00962668" w:rsidP="00554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57081ED0"/>
    <w:multiLevelType w:val="multilevel"/>
    <w:tmpl w:val="81AE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E62B19"/>
    <w:multiLevelType w:val="multilevel"/>
    <w:tmpl w:val="57A4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075675">
    <w:abstractNumId w:val="8"/>
  </w:num>
  <w:num w:numId="2" w16cid:durableId="1956208346">
    <w:abstractNumId w:val="6"/>
  </w:num>
  <w:num w:numId="3" w16cid:durableId="2037151570">
    <w:abstractNumId w:val="5"/>
  </w:num>
  <w:num w:numId="4" w16cid:durableId="1923835035">
    <w:abstractNumId w:val="4"/>
  </w:num>
  <w:num w:numId="5" w16cid:durableId="1156457238">
    <w:abstractNumId w:val="7"/>
  </w:num>
  <w:num w:numId="6" w16cid:durableId="1432240528">
    <w:abstractNumId w:val="3"/>
  </w:num>
  <w:num w:numId="7" w16cid:durableId="2048793147">
    <w:abstractNumId w:val="2"/>
  </w:num>
  <w:num w:numId="8" w16cid:durableId="208274223">
    <w:abstractNumId w:val="1"/>
  </w:num>
  <w:num w:numId="9" w16cid:durableId="949748082">
    <w:abstractNumId w:val="0"/>
  </w:num>
  <w:num w:numId="10" w16cid:durableId="2136410882">
    <w:abstractNumId w:val="10"/>
  </w:num>
  <w:num w:numId="11" w16cid:durableId="16009438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F10A5"/>
    <w:rsid w:val="0015074B"/>
    <w:rsid w:val="00184E5E"/>
    <w:rsid w:val="00256C28"/>
    <w:rsid w:val="0029639D"/>
    <w:rsid w:val="00326F90"/>
    <w:rsid w:val="00554C48"/>
    <w:rsid w:val="006C1E3B"/>
    <w:rsid w:val="00962668"/>
    <w:rsid w:val="00AA1D8D"/>
    <w:rsid w:val="00B47730"/>
    <w:rsid w:val="00CB0664"/>
    <w:rsid w:val="00E62487"/>
    <w:rsid w:val="00FC4A7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9286AE2"/>
  <w14:defaultImageDpi w14:val="300"/>
  <w15:docId w15:val="{6FCA1EA0-8971-4999-8B30-33181F64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Alyssa Bean</cp:lastModifiedBy>
  <cp:revision>2</cp:revision>
  <dcterms:created xsi:type="dcterms:W3CDTF">2025-10-15T15:10:00Z</dcterms:created>
  <dcterms:modified xsi:type="dcterms:W3CDTF">2025-10-15T15:10:00Z</dcterms:modified>
  <cp:category/>
</cp:coreProperties>
</file>